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gehört in eine Holzbau-Anfrage in Köln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 in Köln: Welche Konstruktionsart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holzwerkkoeln.de/index.html" TargetMode="External"/><Relationship Id="rId10" Type="http://schemas.openxmlformats.org/officeDocument/2006/relationships/hyperlink" Target="https://holzbau.s3.eu-north-1.amazonaws.com/cloudsites/holzwerkkoeln.de/paket-5b6ba2d29d224642882cd347122ee92c/holzbau-in-k-ln-welche-konstruktionsart-passt-zu-meinem-projekt-39e43f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