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Standort und Ausrichtung prüfen: Den Wintergarten richtig positionieren</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Wintergarten richtig pflegen: Saisonplan und Wartung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040wintergarten.de/index.html" TargetMode="External"/><Relationship Id="rId10" Type="http://schemas.openxmlformats.org/officeDocument/2006/relationships/hyperlink" Target="https://holzbau.s3.eu-north-1.amazonaws.com/cloudsites/040wintergarten.de/hausbau-1/wintergarten-richtig-pflegen-saisonplan-und-wartung-80f6831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