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Genehmigung und Baurecht: Was Sie vor dem Holzbau klären müssen</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Kosten und Budget planen beim Holzbau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039holzbau.de/index.html" TargetMode="External"/><Relationship Id="rId10" Type="http://schemas.openxmlformats.org/officeDocument/2006/relationships/hyperlink" Target="https://holzwerk.s3.us-east-005.dream.io/cloudsites/039holzbau.de/hausbau-1/kosten-und-budget-planen-beim-holzbau-in-m-nchen-a811b65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